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48C67" w14:textId="77777777" w:rsidR="00FF5434" w:rsidRPr="00FA142E" w:rsidRDefault="00000000">
      <w:pPr>
        <w:pStyle w:val="Tytu"/>
        <w:jc w:val="center"/>
        <w:rPr>
          <w:lang w:val="pl-PL"/>
        </w:rPr>
      </w:pPr>
      <w:r w:rsidRPr="00FA142E">
        <w:rPr>
          <w:rFonts w:ascii="Arial" w:hAnsi="Arial"/>
          <w:lang w:val="pl-PL"/>
        </w:rPr>
        <w:t>ZAŁĄCZNIK NR 2</w:t>
      </w:r>
    </w:p>
    <w:p w14:paraId="7DAB0F00" w14:textId="77777777" w:rsidR="00FF5434" w:rsidRPr="00FA142E" w:rsidRDefault="00000000">
      <w:pPr>
        <w:jc w:val="center"/>
        <w:rPr>
          <w:lang w:val="pl-PL"/>
        </w:rPr>
      </w:pPr>
      <w:r w:rsidRPr="00FA142E">
        <w:rPr>
          <w:b/>
          <w:sz w:val="22"/>
          <w:lang w:val="pl-PL"/>
        </w:rPr>
        <w:t>Formularz zgłoszenia do udziału w negocjacjach</w:t>
      </w:r>
    </w:p>
    <w:p w14:paraId="266B6D10" w14:textId="77777777" w:rsidR="00FF5434" w:rsidRPr="00FA142E" w:rsidRDefault="00000000">
      <w:pPr>
        <w:pStyle w:val="Nagwek1"/>
        <w:rPr>
          <w:lang w:val="pl-PL"/>
        </w:rPr>
      </w:pPr>
      <w:r w:rsidRPr="00FA142E">
        <w:rPr>
          <w:lang w:val="pl-PL"/>
        </w:rPr>
        <w:t>1. Dane wykonawcy</w:t>
      </w:r>
    </w:p>
    <w:p w14:paraId="0243C52D" w14:textId="77777777" w:rsidR="00FF5434" w:rsidRPr="00FA142E" w:rsidRDefault="00000000">
      <w:pPr>
        <w:rPr>
          <w:lang w:val="pl-PL"/>
        </w:rPr>
      </w:pPr>
      <w:r w:rsidRPr="00FA142E">
        <w:rPr>
          <w:lang w:val="pl-PL"/>
        </w:rPr>
        <w:t>Nazwa / imię i nazwisko: ................................................................................................................................................</w:t>
      </w:r>
    </w:p>
    <w:p w14:paraId="7CEFF1F6" w14:textId="77777777" w:rsidR="00FF5434" w:rsidRPr="00FA142E" w:rsidRDefault="00000000">
      <w:pPr>
        <w:rPr>
          <w:lang w:val="pl-PL"/>
        </w:rPr>
      </w:pPr>
      <w:r w:rsidRPr="00FA142E">
        <w:rPr>
          <w:lang w:val="pl-PL"/>
        </w:rPr>
        <w:t>Adres / siedziba: ............................................................................................................................................................</w:t>
      </w:r>
    </w:p>
    <w:p w14:paraId="1C22676D" w14:textId="77777777" w:rsidR="00FF5434" w:rsidRPr="00FA142E" w:rsidRDefault="00000000">
      <w:pPr>
        <w:rPr>
          <w:lang w:val="pl-PL"/>
        </w:rPr>
      </w:pPr>
      <w:r w:rsidRPr="00FA142E">
        <w:rPr>
          <w:lang w:val="pl-PL"/>
        </w:rPr>
        <w:t>NIP / REGON: ....................................................................................................................................................................</w:t>
      </w:r>
    </w:p>
    <w:p w14:paraId="6EE69125" w14:textId="77777777" w:rsidR="00FF5434" w:rsidRPr="00FA142E" w:rsidRDefault="00000000">
      <w:pPr>
        <w:rPr>
          <w:lang w:val="pl-PL"/>
        </w:rPr>
      </w:pPr>
      <w:r w:rsidRPr="00FA142E">
        <w:rPr>
          <w:lang w:val="pl-PL"/>
        </w:rPr>
        <w:t>Telefon: ..............................................................................................................................................................................</w:t>
      </w:r>
    </w:p>
    <w:p w14:paraId="1E5B1C66" w14:textId="3BEF1C2D" w:rsidR="00FF5434" w:rsidRPr="00FA142E" w:rsidRDefault="00000000">
      <w:pPr>
        <w:rPr>
          <w:lang w:val="pl-PL"/>
        </w:rPr>
      </w:pPr>
      <w:r w:rsidRPr="00FA142E">
        <w:rPr>
          <w:lang w:val="pl-PL"/>
        </w:rPr>
        <w:t>E-mail: .......................................................................................................................................................................</w:t>
      </w:r>
    </w:p>
    <w:p w14:paraId="285D3485" w14:textId="77777777" w:rsidR="00FF5434" w:rsidRPr="00FA142E" w:rsidRDefault="00000000">
      <w:pPr>
        <w:pStyle w:val="Nagwek1"/>
        <w:rPr>
          <w:lang w:val="pl-PL"/>
        </w:rPr>
      </w:pPr>
      <w:r w:rsidRPr="00FA142E">
        <w:rPr>
          <w:lang w:val="pl-PL"/>
        </w:rPr>
        <w:t>2. Rejony, którymi wykonawca jest zainteresowany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2268"/>
        <w:gridCol w:w="5102"/>
      </w:tblGrid>
      <w:tr w:rsidR="00FF5434" w14:paraId="4937B8C5" w14:textId="77777777">
        <w:trPr>
          <w:jc w:val="center"/>
        </w:trPr>
        <w:tc>
          <w:tcPr>
            <w:tcW w:w="1134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B4A663" w14:textId="77777777" w:rsidR="00FF5434" w:rsidRDefault="00000000">
            <w:pPr>
              <w:jc w:val="center"/>
            </w:pPr>
            <w:r>
              <w:rPr>
                <w:b/>
                <w:sz w:val="19"/>
              </w:rPr>
              <w:t>Rejon</w:t>
            </w:r>
          </w:p>
        </w:tc>
        <w:tc>
          <w:tcPr>
            <w:tcW w:w="2268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5FF62A" w14:textId="77777777" w:rsidR="00FF5434" w:rsidRDefault="00000000">
            <w:pPr>
              <w:jc w:val="center"/>
            </w:pPr>
            <w:r>
              <w:rPr>
                <w:b/>
                <w:sz w:val="19"/>
              </w:rPr>
              <w:t>Zainteresowanie</w:t>
            </w:r>
          </w:p>
        </w:tc>
        <w:tc>
          <w:tcPr>
            <w:tcW w:w="5102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7366B3" w14:textId="77777777" w:rsidR="00FF5434" w:rsidRDefault="00000000">
            <w:pPr>
              <w:jc w:val="center"/>
            </w:pPr>
            <w:r>
              <w:rPr>
                <w:b/>
                <w:sz w:val="19"/>
              </w:rPr>
              <w:t>Obszar</w:t>
            </w:r>
          </w:p>
        </w:tc>
      </w:tr>
      <w:tr w:rsidR="00FF5434" w14:paraId="342E817B" w14:textId="77777777">
        <w:trPr>
          <w:jc w:val="center"/>
        </w:trPr>
        <w:tc>
          <w:tcPr>
            <w:tcW w:w="113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B82BF0" w14:textId="77777777" w:rsidR="00FF5434" w:rsidRDefault="00000000">
            <w:pPr>
              <w:jc w:val="center"/>
            </w:pPr>
            <w:r>
              <w:rPr>
                <w:sz w:val="19"/>
              </w:rPr>
              <w:t>I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7A963E" w14:textId="77777777" w:rsidR="00FF5434" w:rsidRDefault="00000000">
            <w:r>
              <w:rPr>
                <w:sz w:val="19"/>
              </w:rPr>
              <w:t>☐</w:t>
            </w:r>
          </w:p>
        </w:tc>
        <w:tc>
          <w:tcPr>
            <w:tcW w:w="510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EE28C55" w14:textId="77777777" w:rsidR="00FF5434" w:rsidRDefault="00000000">
            <w:r>
              <w:rPr>
                <w:sz w:val="19"/>
              </w:rPr>
              <w:t>Borzytuchom, Jutrzenka, Ryczyn</w:t>
            </w:r>
          </w:p>
        </w:tc>
      </w:tr>
      <w:tr w:rsidR="00FF5434" w14:paraId="77337A59" w14:textId="77777777">
        <w:trPr>
          <w:jc w:val="center"/>
        </w:trPr>
        <w:tc>
          <w:tcPr>
            <w:tcW w:w="113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2A1509" w14:textId="77777777" w:rsidR="00FF5434" w:rsidRDefault="00000000">
            <w:pPr>
              <w:jc w:val="center"/>
            </w:pPr>
            <w:r>
              <w:rPr>
                <w:sz w:val="19"/>
              </w:rPr>
              <w:t>II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75F3CE" w14:textId="77777777" w:rsidR="00FF5434" w:rsidRDefault="00000000">
            <w:r>
              <w:rPr>
                <w:sz w:val="19"/>
              </w:rPr>
              <w:t>☐</w:t>
            </w:r>
          </w:p>
        </w:tc>
        <w:tc>
          <w:tcPr>
            <w:tcW w:w="510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16F14A" w14:textId="77777777" w:rsidR="00FF5434" w:rsidRDefault="00000000">
            <w:r>
              <w:rPr>
                <w:sz w:val="19"/>
              </w:rPr>
              <w:t>Chotkowo, Struszewo, Dąbrówka</w:t>
            </w:r>
          </w:p>
        </w:tc>
      </w:tr>
      <w:tr w:rsidR="00FF5434" w14:paraId="5893F005" w14:textId="77777777">
        <w:trPr>
          <w:jc w:val="center"/>
        </w:trPr>
        <w:tc>
          <w:tcPr>
            <w:tcW w:w="113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E999B4" w14:textId="77777777" w:rsidR="00FF5434" w:rsidRDefault="00000000">
            <w:pPr>
              <w:jc w:val="center"/>
            </w:pPr>
            <w:r>
              <w:rPr>
                <w:sz w:val="19"/>
              </w:rPr>
              <w:t>III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BA3B1F" w14:textId="77777777" w:rsidR="00FF5434" w:rsidRDefault="00000000">
            <w:r>
              <w:rPr>
                <w:sz w:val="19"/>
              </w:rPr>
              <w:t>☐</w:t>
            </w:r>
          </w:p>
        </w:tc>
        <w:tc>
          <w:tcPr>
            <w:tcW w:w="510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7AFEF6" w14:textId="77777777" w:rsidR="00FF5434" w:rsidRDefault="00000000">
            <w:r>
              <w:rPr>
                <w:sz w:val="19"/>
              </w:rPr>
              <w:t>Krosnowo, Osieki, Niedarzyno</w:t>
            </w:r>
          </w:p>
        </w:tc>
      </w:tr>
    </w:tbl>
    <w:p w14:paraId="3E6BC2B0" w14:textId="77777777" w:rsidR="00FF5434" w:rsidRDefault="00FF5434">
      <w:pPr>
        <w:spacing w:after="40"/>
      </w:pPr>
    </w:p>
    <w:p w14:paraId="4718AFBB" w14:textId="77777777" w:rsidR="00FF5434" w:rsidRPr="00FA142E" w:rsidRDefault="00000000">
      <w:pPr>
        <w:rPr>
          <w:lang w:val="pl-PL"/>
        </w:rPr>
      </w:pPr>
      <w:r w:rsidRPr="00FA142E">
        <w:rPr>
          <w:lang w:val="pl-PL"/>
        </w:rPr>
        <w:t>Maksymalna liczba rejonów, które wykonawca może obsługiwać równocześnie przy spełnieniu wszystkich wymagań: ..........</w:t>
      </w:r>
    </w:p>
    <w:p w14:paraId="191A71F3" w14:textId="77777777" w:rsidR="00FF5434" w:rsidRPr="00FA142E" w:rsidRDefault="00000000">
      <w:pPr>
        <w:rPr>
          <w:lang w:val="pl-PL"/>
        </w:rPr>
      </w:pPr>
      <w:r w:rsidRPr="00FA142E">
        <w:rPr>
          <w:lang w:val="pl-PL"/>
        </w:rPr>
        <w:t>Wykonawca może podczas negocjacji zmienić lub rozszerzyć wskazane rejony, jeżeli posiada wymagany potencjał.</w:t>
      </w:r>
    </w:p>
    <w:p w14:paraId="26924907" w14:textId="77777777" w:rsidR="00FF5434" w:rsidRDefault="00000000">
      <w:pPr>
        <w:pStyle w:val="Nagwek1"/>
      </w:pPr>
      <w:r>
        <w:t>3. Sprzęt i potencjał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4252"/>
        <w:gridCol w:w="1417"/>
        <w:gridCol w:w="2268"/>
      </w:tblGrid>
      <w:tr w:rsidR="00FF5434" w14:paraId="3BA2DBE2" w14:textId="77777777">
        <w:trPr>
          <w:jc w:val="center"/>
        </w:trPr>
        <w:tc>
          <w:tcPr>
            <w:tcW w:w="680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084B89" w14:textId="77777777" w:rsidR="00FF5434" w:rsidRDefault="00000000">
            <w:pPr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4252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46B73D" w14:textId="77777777" w:rsidR="00FF5434" w:rsidRDefault="00000000">
            <w:pPr>
              <w:jc w:val="center"/>
            </w:pPr>
            <w:r>
              <w:rPr>
                <w:b/>
                <w:sz w:val="18"/>
              </w:rPr>
              <w:t>Rodzaj / marka / model</w:t>
            </w:r>
          </w:p>
        </w:tc>
        <w:tc>
          <w:tcPr>
            <w:tcW w:w="1417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F06B4A" w14:textId="77777777" w:rsidR="00FF5434" w:rsidRDefault="00000000">
            <w:pPr>
              <w:jc w:val="center"/>
            </w:pPr>
            <w:r>
              <w:rPr>
                <w:b/>
                <w:sz w:val="18"/>
              </w:rPr>
              <w:t>Moc</w:t>
            </w:r>
          </w:p>
        </w:tc>
        <w:tc>
          <w:tcPr>
            <w:tcW w:w="2268" w:type="dxa"/>
            <w:shd w:val="clear" w:color="auto" w:fill="E7E6E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50BE57" w14:textId="77777777" w:rsidR="00FF5434" w:rsidRDefault="00000000">
            <w:pPr>
              <w:jc w:val="center"/>
            </w:pPr>
            <w:r>
              <w:rPr>
                <w:b/>
                <w:sz w:val="18"/>
              </w:rPr>
              <w:t>Przeznaczenie</w:t>
            </w:r>
          </w:p>
        </w:tc>
      </w:tr>
      <w:tr w:rsidR="00FF5434" w14:paraId="23CC7D7B" w14:textId="77777777">
        <w:trPr>
          <w:jc w:val="center"/>
        </w:trPr>
        <w:tc>
          <w:tcPr>
            <w:tcW w:w="68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DA437E" w14:textId="77777777" w:rsidR="00FF5434" w:rsidRDefault="00000000">
            <w:pPr>
              <w:jc w:val="center"/>
            </w:pPr>
            <w:r>
              <w:rPr>
                <w:sz w:val="18"/>
              </w:rPr>
              <w:t>1.</w:t>
            </w:r>
          </w:p>
        </w:tc>
        <w:tc>
          <w:tcPr>
            <w:tcW w:w="425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5C232C" w14:textId="77777777" w:rsidR="00FF5434" w:rsidRDefault="00000000">
            <w:r>
              <w:rPr>
                <w:sz w:val="18"/>
              </w:rPr>
              <w:t>................................................</w:t>
            </w:r>
          </w:p>
        </w:tc>
        <w:tc>
          <w:tcPr>
            <w:tcW w:w="141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BE2621" w14:textId="77777777" w:rsidR="00FF5434" w:rsidRDefault="00000000">
            <w:r>
              <w:rPr>
                <w:sz w:val="18"/>
              </w:rPr>
              <w:t>........ KM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C97CFB" w14:textId="77777777" w:rsidR="00FF5434" w:rsidRDefault="00000000">
            <w:r>
              <w:rPr>
                <w:sz w:val="18"/>
              </w:rPr>
              <w:t>podstawowy / rezerwowy</w:t>
            </w:r>
          </w:p>
        </w:tc>
      </w:tr>
      <w:tr w:rsidR="00FF5434" w14:paraId="46B79C3E" w14:textId="77777777">
        <w:trPr>
          <w:jc w:val="center"/>
        </w:trPr>
        <w:tc>
          <w:tcPr>
            <w:tcW w:w="68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F6986B" w14:textId="77777777" w:rsidR="00FF5434" w:rsidRDefault="00000000">
            <w:pPr>
              <w:jc w:val="center"/>
            </w:pPr>
            <w:r>
              <w:rPr>
                <w:sz w:val="18"/>
              </w:rPr>
              <w:t>2.</w:t>
            </w:r>
          </w:p>
        </w:tc>
        <w:tc>
          <w:tcPr>
            <w:tcW w:w="425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423EAC" w14:textId="77777777" w:rsidR="00FF5434" w:rsidRDefault="00000000">
            <w:r>
              <w:rPr>
                <w:sz w:val="18"/>
              </w:rPr>
              <w:t>................................................</w:t>
            </w:r>
          </w:p>
        </w:tc>
        <w:tc>
          <w:tcPr>
            <w:tcW w:w="141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6B4BCA" w14:textId="77777777" w:rsidR="00FF5434" w:rsidRDefault="00000000">
            <w:r>
              <w:rPr>
                <w:sz w:val="18"/>
              </w:rPr>
              <w:t>........ KM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474F3D" w14:textId="77777777" w:rsidR="00FF5434" w:rsidRDefault="00000000">
            <w:r>
              <w:rPr>
                <w:sz w:val="18"/>
              </w:rPr>
              <w:t>podstawowy / rezerwowy</w:t>
            </w:r>
          </w:p>
        </w:tc>
      </w:tr>
      <w:tr w:rsidR="00FF5434" w14:paraId="32C06CEC" w14:textId="77777777">
        <w:trPr>
          <w:jc w:val="center"/>
        </w:trPr>
        <w:tc>
          <w:tcPr>
            <w:tcW w:w="68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F1E280" w14:textId="77777777" w:rsidR="00FF5434" w:rsidRDefault="00000000">
            <w:pPr>
              <w:jc w:val="center"/>
            </w:pPr>
            <w:r>
              <w:rPr>
                <w:sz w:val="18"/>
              </w:rPr>
              <w:t>3.</w:t>
            </w:r>
          </w:p>
        </w:tc>
        <w:tc>
          <w:tcPr>
            <w:tcW w:w="425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8AF229" w14:textId="77777777" w:rsidR="00FF5434" w:rsidRDefault="00000000">
            <w:r>
              <w:rPr>
                <w:sz w:val="18"/>
              </w:rPr>
              <w:t>................................................</w:t>
            </w:r>
          </w:p>
        </w:tc>
        <w:tc>
          <w:tcPr>
            <w:tcW w:w="141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78E870" w14:textId="77777777" w:rsidR="00FF5434" w:rsidRDefault="00000000">
            <w:r>
              <w:rPr>
                <w:sz w:val="18"/>
              </w:rPr>
              <w:t>........ KM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79C67D" w14:textId="77777777" w:rsidR="00FF5434" w:rsidRDefault="00000000">
            <w:r>
              <w:rPr>
                <w:sz w:val="18"/>
              </w:rPr>
              <w:t>podstawowy / rezerwowy</w:t>
            </w:r>
          </w:p>
        </w:tc>
      </w:tr>
      <w:tr w:rsidR="00FF5434" w14:paraId="686E9522" w14:textId="77777777">
        <w:trPr>
          <w:jc w:val="center"/>
        </w:trPr>
        <w:tc>
          <w:tcPr>
            <w:tcW w:w="68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1F6677" w14:textId="77777777" w:rsidR="00FF5434" w:rsidRDefault="00000000">
            <w:pPr>
              <w:jc w:val="center"/>
            </w:pPr>
            <w:r>
              <w:rPr>
                <w:sz w:val="18"/>
              </w:rPr>
              <w:t>4.</w:t>
            </w:r>
          </w:p>
        </w:tc>
        <w:tc>
          <w:tcPr>
            <w:tcW w:w="425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AA96B5" w14:textId="77777777" w:rsidR="00FF5434" w:rsidRDefault="00000000">
            <w:r>
              <w:rPr>
                <w:sz w:val="18"/>
              </w:rPr>
              <w:t>................................................</w:t>
            </w:r>
          </w:p>
        </w:tc>
        <w:tc>
          <w:tcPr>
            <w:tcW w:w="141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646F6E" w14:textId="77777777" w:rsidR="00FF5434" w:rsidRDefault="00000000">
            <w:r>
              <w:rPr>
                <w:sz w:val="18"/>
              </w:rPr>
              <w:t>........ KM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1381FC" w14:textId="77777777" w:rsidR="00FF5434" w:rsidRDefault="00000000">
            <w:r>
              <w:rPr>
                <w:sz w:val="18"/>
              </w:rPr>
              <w:t>podstawowy / rezerwowy</w:t>
            </w:r>
          </w:p>
        </w:tc>
      </w:tr>
      <w:tr w:rsidR="008B516D" w14:paraId="687BE126" w14:textId="77777777" w:rsidTr="00517893">
        <w:trPr>
          <w:jc w:val="center"/>
        </w:trPr>
        <w:tc>
          <w:tcPr>
            <w:tcW w:w="68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BEDE42" w14:textId="149EB1A9" w:rsidR="008B516D" w:rsidRDefault="008B516D" w:rsidP="00517893">
            <w:pPr>
              <w:jc w:val="center"/>
            </w:pPr>
            <w:r>
              <w:rPr>
                <w:sz w:val="18"/>
              </w:rPr>
              <w:t>5</w:t>
            </w:r>
            <w:r>
              <w:rPr>
                <w:sz w:val="18"/>
              </w:rPr>
              <w:t>.</w:t>
            </w:r>
          </w:p>
        </w:tc>
        <w:tc>
          <w:tcPr>
            <w:tcW w:w="425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617978" w14:textId="77777777" w:rsidR="008B516D" w:rsidRDefault="008B516D" w:rsidP="00517893">
            <w:r>
              <w:rPr>
                <w:sz w:val="18"/>
              </w:rPr>
              <w:t>................................................</w:t>
            </w:r>
          </w:p>
        </w:tc>
        <w:tc>
          <w:tcPr>
            <w:tcW w:w="141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7DD538" w14:textId="77777777" w:rsidR="008B516D" w:rsidRDefault="008B516D" w:rsidP="00517893">
            <w:r>
              <w:rPr>
                <w:sz w:val="18"/>
              </w:rPr>
              <w:t>........ KM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69C374" w14:textId="77777777" w:rsidR="008B516D" w:rsidRDefault="008B516D" w:rsidP="00517893">
            <w:proofErr w:type="spellStart"/>
            <w:r>
              <w:rPr>
                <w:sz w:val="18"/>
              </w:rPr>
              <w:t>podstawowy</w:t>
            </w:r>
            <w:proofErr w:type="spellEnd"/>
            <w:r>
              <w:rPr>
                <w:sz w:val="18"/>
              </w:rPr>
              <w:t xml:space="preserve"> / </w:t>
            </w:r>
            <w:proofErr w:type="spellStart"/>
            <w:r>
              <w:rPr>
                <w:sz w:val="18"/>
              </w:rPr>
              <w:t>rezerwowy</w:t>
            </w:r>
            <w:proofErr w:type="spellEnd"/>
          </w:p>
        </w:tc>
      </w:tr>
      <w:tr w:rsidR="008B516D" w14:paraId="71E326B9" w14:textId="77777777">
        <w:trPr>
          <w:jc w:val="center"/>
        </w:trPr>
        <w:tc>
          <w:tcPr>
            <w:tcW w:w="68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675887" w14:textId="0653563D" w:rsidR="008B516D" w:rsidRDefault="008B516D" w:rsidP="008B516D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  <w:r>
              <w:rPr>
                <w:sz w:val="18"/>
              </w:rPr>
              <w:t>.</w:t>
            </w:r>
          </w:p>
        </w:tc>
        <w:tc>
          <w:tcPr>
            <w:tcW w:w="4252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BC0504" w14:textId="665836EE" w:rsidR="008B516D" w:rsidRDefault="008B516D" w:rsidP="008B516D">
            <w:pPr>
              <w:rPr>
                <w:sz w:val="18"/>
              </w:rPr>
            </w:pPr>
            <w:r>
              <w:rPr>
                <w:sz w:val="18"/>
              </w:rPr>
              <w:t>................................................</w:t>
            </w:r>
          </w:p>
        </w:tc>
        <w:tc>
          <w:tcPr>
            <w:tcW w:w="141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19395B" w14:textId="61402FDC" w:rsidR="008B516D" w:rsidRDefault="008B516D" w:rsidP="008B516D">
            <w:pPr>
              <w:rPr>
                <w:sz w:val="18"/>
              </w:rPr>
            </w:pPr>
            <w:r>
              <w:rPr>
                <w:sz w:val="18"/>
              </w:rPr>
              <w:t>........ KM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BA15CE" w14:textId="7678FE3C" w:rsidR="008B516D" w:rsidRDefault="008B516D" w:rsidP="008B516D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podstawowy</w:t>
            </w:r>
            <w:proofErr w:type="spellEnd"/>
            <w:r>
              <w:rPr>
                <w:sz w:val="18"/>
              </w:rPr>
              <w:t xml:space="preserve"> / </w:t>
            </w:r>
            <w:proofErr w:type="spellStart"/>
            <w:r>
              <w:rPr>
                <w:sz w:val="18"/>
              </w:rPr>
              <w:t>rezerwowy</w:t>
            </w:r>
            <w:proofErr w:type="spellEnd"/>
          </w:p>
        </w:tc>
      </w:tr>
    </w:tbl>
    <w:p w14:paraId="755C2B77" w14:textId="77777777" w:rsidR="00FF5434" w:rsidRDefault="00FF5434">
      <w:pPr>
        <w:spacing w:after="40"/>
      </w:pPr>
    </w:p>
    <w:p w14:paraId="6BFC6692" w14:textId="77777777" w:rsidR="00FF5434" w:rsidRDefault="00000000">
      <w:pPr>
        <w:pStyle w:val="Nagwek1"/>
      </w:pPr>
      <w:r>
        <w:lastRenderedPageBreak/>
        <w:t>4. Oświadczenia</w:t>
      </w:r>
    </w:p>
    <w:p w14:paraId="4CF7D012" w14:textId="77777777" w:rsidR="00FF5434" w:rsidRPr="00FA142E" w:rsidRDefault="00000000">
      <w:pPr>
        <w:pStyle w:val="Listapunktowana"/>
        <w:spacing w:after="40"/>
        <w:rPr>
          <w:lang w:val="pl-PL"/>
        </w:rPr>
      </w:pPr>
      <w:r w:rsidRPr="00FA142E">
        <w:rPr>
          <w:lang w:val="pl-PL"/>
        </w:rPr>
        <w:t>Zapoznałem/</w:t>
      </w:r>
      <w:proofErr w:type="spellStart"/>
      <w:r w:rsidRPr="00FA142E">
        <w:rPr>
          <w:lang w:val="pl-PL"/>
        </w:rPr>
        <w:t>am</w:t>
      </w:r>
      <w:proofErr w:type="spellEnd"/>
      <w:r w:rsidRPr="00FA142E">
        <w:rPr>
          <w:lang w:val="pl-PL"/>
        </w:rPr>
        <w:t xml:space="preserve"> się z zaproszeniem do udziału w negocjacjach i akceptuję minimalne wymagania w nim określone.</w:t>
      </w:r>
    </w:p>
    <w:p w14:paraId="59F62512" w14:textId="77777777" w:rsidR="00FF5434" w:rsidRPr="00FA142E" w:rsidRDefault="00000000">
      <w:pPr>
        <w:pStyle w:val="Listapunktowana"/>
        <w:spacing w:after="40"/>
        <w:rPr>
          <w:lang w:val="pl-PL"/>
        </w:rPr>
      </w:pPr>
      <w:r w:rsidRPr="00FA142E">
        <w:rPr>
          <w:lang w:val="pl-PL"/>
        </w:rPr>
        <w:t>Dysponuję lub będę dysponować na dzień rozpoczęcia realizacji wymaganym sprzętem i personelem odpowiednio do liczby rejonów, które przyjmę do realizacji.</w:t>
      </w:r>
    </w:p>
    <w:p w14:paraId="52F8F7E8" w14:textId="77777777" w:rsidR="00FF5434" w:rsidRPr="00FA142E" w:rsidRDefault="00000000">
      <w:pPr>
        <w:pStyle w:val="Listapunktowana"/>
        <w:spacing w:after="40"/>
        <w:rPr>
          <w:lang w:val="pl-PL"/>
        </w:rPr>
      </w:pPr>
      <w:r w:rsidRPr="00FA142E">
        <w:rPr>
          <w:lang w:val="pl-PL"/>
        </w:rPr>
        <w:t>Przyjmuję do wiadomości, że stawki i ostateczny podział rejonów będą ustalane podczas negocjacji.</w:t>
      </w:r>
    </w:p>
    <w:p w14:paraId="344B6D5A" w14:textId="77777777" w:rsidR="00FF5434" w:rsidRPr="00FA142E" w:rsidRDefault="00000000">
      <w:pPr>
        <w:pStyle w:val="Listapunktowana"/>
        <w:spacing w:after="40"/>
        <w:rPr>
          <w:lang w:val="pl-PL"/>
        </w:rPr>
      </w:pPr>
      <w:r w:rsidRPr="00FA142E">
        <w:rPr>
          <w:lang w:val="pl-PL"/>
        </w:rPr>
        <w:t>Przyjmuję do wiadomości, że samo zgłoszenie i udział w negocjacjach nie gwarantują przydzielenia rejonu ani zawarcia umowy.</w:t>
      </w:r>
    </w:p>
    <w:p w14:paraId="556A48C1" w14:textId="77777777" w:rsidR="00FA142E" w:rsidRPr="008B516D" w:rsidRDefault="00FA142E">
      <w:pPr>
        <w:rPr>
          <w:lang w:val="pl-PL"/>
        </w:rPr>
      </w:pPr>
    </w:p>
    <w:p w14:paraId="6C95570B" w14:textId="77777777" w:rsidR="00FA142E" w:rsidRPr="008B516D" w:rsidRDefault="00FA142E">
      <w:pPr>
        <w:rPr>
          <w:lang w:val="pl-PL"/>
        </w:rPr>
      </w:pPr>
    </w:p>
    <w:p w14:paraId="0453D836" w14:textId="77777777" w:rsidR="00FA142E" w:rsidRPr="008B516D" w:rsidRDefault="00FA142E">
      <w:pPr>
        <w:rPr>
          <w:lang w:val="pl-PL"/>
        </w:rPr>
      </w:pPr>
    </w:p>
    <w:p w14:paraId="7BDBE396" w14:textId="77777777" w:rsidR="00FA142E" w:rsidRPr="008B516D" w:rsidRDefault="00FA142E">
      <w:pPr>
        <w:rPr>
          <w:lang w:val="pl-PL"/>
        </w:rPr>
      </w:pPr>
    </w:p>
    <w:p w14:paraId="2D51F7A0" w14:textId="77777777" w:rsidR="00FA142E" w:rsidRPr="008B516D" w:rsidRDefault="00FA142E">
      <w:pPr>
        <w:rPr>
          <w:lang w:val="pl-PL"/>
        </w:rPr>
      </w:pPr>
    </w:p>
    <w:p w14:paraId="4CAEE904" w14:textId="3DB6EA94" w:rsidR="00FF5434" w:rsidRDefault="00000000">
      <w:proofErr w:type="spellStart"/>
      <w:r>
        <w:t>Miejscowość</w:t>
      </w:r>
      <w:proofErr w:type="spellEnd"/>
      <w:r>
        <w:t xml:space="preserve"> i data: ..........................................................</w:t>
      </w:r>
    </w:p>
    <w:tbl>
      <w:tblPr>
        <w:tblStyle w:val="Tabela-Siatka"/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873"/>
        <w:gridCol w:w="4873"/>
      </w:tblGrid>
      <w:tr w:rsidR="00FF5434" w14:paraId="3BB6AFC9" w14:textId="77777777">
        <w:trPr>
          <w:jc w:val="center"/>
        </w:trPr>
        <w:tc>
          <w:tcPr>
            <w:tcW w:w="4873" w:type="dxa"/>
          </w:tcPr>
          <w:p w14:paraId="6D2E17B1" w14:textId="24756E52" w:rsidR="00FF5434" w:rsidRDefault="00FF5434" w:rsidP="00FA142E"/>
        </w:tc>
        <w:tc>
          <w:tcPr>
            <w:tcW w:w="4873" w:type="dxa"/>
          </w:tcPr>
          <w:p w14:paraId="3BAEA330" w14:textId="77777777" w:rsidR="00FA142E" w:rsidRDefault="00000000">
            <w:pPr>
              <w:jc w:val="center"/>
              <w:rPr>
                <w:sz w:val="19"/>
              </w:rPr>
            </w:pPr>
            <w:r>
              <w:rPr>
                <w:sz w:val="19"/>
              </w:rPr>
              <w:br/>
            </w:r>
            <w:r w:rsidR="00FA142E">
              <w:rPr>
                <w:sz w:val="19"/>
              </w:rPr>
              <w:t>........................................................</w:t>
            </w:r>
            <w:r w:rsidR="00FA142E">
              <w:rPr>
                <w:sz w:val="19"/>
              </w:rPr>
              <w:br/>
            </w:r>
            <w:proofErr w:type="spellStart"/>
            <w:r w:rsidR="00FA142E">
              <w:rPr>
                <w:sz w:val="19"/>
              </w:rPr>
              <w:t>podpis</w:t>
            </w:r>
            <w:proofErr w:type="spellEnd"/>
            <w:r w:rsidR="00FA142E">
              <w:rPr>
                <w:sz w:val="19"/>
              </w:rPr>
              <w:t xml:space="preserve"> </w:t>
            </w:r>
            <w:proofErr w:type="spellStart"/>
            <w:r w:rsidR="00FA142E">
              <w:rPr>
                <w:sz w:val="19"/>
              </w:rPr>
              <w:t>wykonawcy</w:t>
            </w:r>
            <w:proofErr w:type="spellEnd"/>
            <w:r w:rsidR="00FA142E">
              <w:rPr>
                <w:sz w:val="19"/>
              </w:rPr>
              <w:t xml:space="preserve"> / </w:t>
            </w:r>
            <w:proofErr w:type="spellStart"/>
            <w:r w:rsidR="00FA142E">
              <w:rPr>
                <w:sz w:val="19"/>
              </w:rPr>
              <w:t>osoby</w:t>
            </w:r>
            <w:proofErr w:type="spellEnd"/>
            <w:r w:rsidR="00FA142E">
              <w:rPr>
                <w:sz w:val="19"/>
              </w:rPr>
              <w:t xml:space="preserve"> </w:t>
            </w:r>
            <w:proofErr w:type="spellStart"/>
            <w:r w:rsidR="00FA142E">
              <w:rPr>
                <w:sz w:val="19"/>
              </w:rPr>
              <w:t>upoważnionej</w:t>
            </w:r>
            <w:proofErr w:type="spellEnd"/>
            <w:r>
              <w:rPr>
                <w:sz w:val="19"/>
              </w:rPr>
              <w:br/>
            </w:r>
          </w:p>
          <w:p w14:paraId="1C4FC7F4" w14:textId="4CD8FEAA" w:rsidR="00FF5434" w:rsidRDefault="00000000">
            <w:pPr>
              <w:jc w:val="center"/>
            </w:pPr>
            <w:r>
              <w:rPr>
                <w:sz w:val="19"/>
              </w:rPr>
              <w:br/>
            </w:r>
          </w:p>
        </w:tc>
      </w:tr>
    </w:tbl>
    <w:p w14:paraId="6A828B2F" w14:textId="77777777" w:rsidR="00FF5434" w:rsidRPr="00FA142E" w:rsidRDefault="00000000">
      <w:pPr>
        <w:rPr>
          <w:lang w:val="pl-PL"/>
        </w:rPr>
      </w:pPr>
      <w:r w:rsidRPr="00FA142E">
        <w:rPr>
          <w:i/>
          <w:lang w:val="pl-PL"/>
        </w:rPr>
        <w:t>[Do formularza należy dołączyć lub wskazać aktualnie stosowaną przez Urząd klauzulę informacyjną RODO dla wykonawców / osób kontaktowych.]</w:t>
      </w:r>
    </w:p>
    <w:sectPr w:rsidR="00FF5434" w:rsidRPr="00FA142E" w:rsidSect="00034616">
      <w:pgSz w:w="12240" w:h="15840"/>
      <w:pgMar w:top="1020" w:right="124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5197437">
    <w:abstractNumId w:val="8"/>
  </w:num>
  <w:num w:numId="2" w16cid:durableId="971911492">
    <w:abstractNumId w:val="6"/>
  </w:num>
  <w:num w:numId="3" w16cid:durableId="909849979">
    <w:abstractNumId w:val="5"/>
  </w:num>
  <w:num w:numId="4" w16cid:durableId="1800613248">
    <w:abstractNumId w:val="4"/>
  </w:num>
  <w:num w:numId="5" w16cid:durableId="1231112460">
    <w:abstractNumId w:val="7"/>
  </w:num>
  <w:num w:numId="6" w16cid:durableId="414935239">
    <w:abstractNumId w:val="3"/>
  </w:num>
  <w:num w:numId="7" w16cid:durableId="2033725570">
    <w:abstractNumId w:val="2"/>
  </w:num>
  <w:num w:numId="8" w16cid:durableId="529033917">
    <w:abstractNumId w:val="1"/>
  </w:num>
  <w:num w:numId="9" w16cid:durableId="1071349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D4340"/>
    <w:rsid w:val="008B516D"/>
    <w:rsid w:val="00A5628E"/>
    <w:rsid w:val="00AA1D8D"/>
    <w:rsid w:val="00B47730"/>
    <w:rsid w:val="00CB0664"/>
    <w:rsid w:val="00FA142E"/>
    <w:rsid w:val="00FC693F"/>
    <w:rsid w:val="00FF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066EFC"/>
  <w14:defaultImageDpi w14:val="300"/>
  <w15:docId w15:val="{7EB08CE5-0163-4B76-87D2-7D3633498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00" w:line="259" w:lineRule="auto"/>
    </w:pPr>
    <w:rPr>
      <w:rFonts w:ascii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160" w:after="8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before="160" w:after="8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0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Pałasz</cp:lastModifiedBy>
  <cp:revision>5</cp:revision>
  <dcterms:created xsi:type="dcterms:W3CDTF">2013-12-23T23:15:00Z</dcterms:created>
  <dcterms:modified xsi:type="dcterms:W3CDTF">2026-10-15T08:40:00Z</dcterms:modified>
  <cp:category/>
</cp:coreProperties>
</file>